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pPr>
      <w:r>
        <w:rPr>
          <w:rFonts w:ascii="Rubik Regular" w:hAnsi="Rubik Regular"/>
          <w:sz w:val="24"/>
        </w:rPr>
        <w:t>Įspėjimas apie atleidimą iš darbo</w:t>
      </w:r>
    </w:p>
    <w:p>
      <w:pPr>
        <w:spacing w:line="360" w:lineRule="auto"/>
      </w:pPr>
      <w:r>
        <w:rPr>
          <w:rFonts w:ascii="Rubik Regular" w:hAnsi="Rubik Regular"/>
          <w:sz w:val="24"/>
        </w:rPr>
        <w:t>Šis dokumentas yra įspėjimas apie atleidimą iš darbo, kuris turi būti pateiktas darbuotojui, kai darbdavys nusprendžia nutraukti darbo sutartį. Įspėjimas turi būti rašomas aiškiai ir suprantamai, nurodant atleidimo priežastis ir kitą svarbią informaciją.</w:t>
      </w:r>
    </w:p>
    <w:p>
      <w:pPr>
        <w:spacing w:line="360" w:lineRule="auto"/>
      </w:pPr>
      <w:r>
        <w:rPr>
          <w:rFonts w:ascii="Rubik Regular" w:hAnsi="Rubik Regular"/>
          <w:sz w:val="24"/>
        </w:rPr>
        <w:t>Darbdavio informacija</w:t>
      </w:r>
    </w:p>
    <w:p>
      <w:pPr>
        <w:jc w:val="left"/>
      </w:pPr>
      <w:r>
        <w:rPr>
          <w:rFonts w:ascii="Rubik Bold" w:hAnsi="Rubik Bold"/>
          <w:b/>
          <w:color w:val="2F5496"/>
          <w:sz w:val="28"/>
        </w:rPr>
        <w:t>Įmonės pavadinimas:</w:t>
      </w:r>
    </w:p>
    <w:p>
      <w:pPr>
        <w:jc w:val="left"/>
      </w:pPr>
      <w:r>
        <w:rPr>
          <w:rFonts w:ascii="Rubik Bold" w:hAnsi="Rubik Bold"/>
          <w:b/>
          <w:color w:val="2F5496"/>
          <w:sz w:val="28"/>
        </w:rPr>
        <w:t>Įmonės adresas:</w:t>
      </w:r>
    </w:p>
    <w:p>
      <w:pPr>
        <w:jc w:val="left"/>
      </w:pPr>
      <w:r>
        <w:rPr>
          <w:rFonts w:ascii="Rubik Bold" w:hAnsi="Rubik Bold"/>
          <w:b/>
          <w:color w:val="2F5496"/>
          <w:sz w:val="28"/>
        </w:rPr>
        <w:t>Įmonės kodas:</w:t>
      </w:r>
    </w:p>
    <w:p>
      <w:pPr>
        <w:jc w:val="left"/>
      </w:pPr>
      <w:r>
        <w:rPr>
          <w:rFonts w:ascii="Rubik Bold" w:hAnsi="Rubik Bold"/>
          <w:b/>
          <w:color w:val="2F5496"/>
          <w:sz w:val="28"/>
        </w:rPr>
        <w:t>Kontaktinis asmuo:</w:t>
      </w:r>
    </w:p>
    <w:p>
      <w:pPr>
        <w:jc w:val="left"/>
      </w:pPr>
      <w:r>
        <w:rPr>
          <w:rFonts w:ascii="Rubik Bold" w:hAnsi="Rubik Bold"/>
          <w:b/>
          <w:color w:val="2F5496"/>
          <w:sz w:val="28"/>
        </w:rPr>
        <w:t>Telefono numeris:</w:t>
      </w:r>
    </w:p>
    <w:p>
      <w:pPr>
        <w:jc w:val="left"/>
      </w:pPr>
      <w:r>
        <w:rPr>
          <w:rFonts w:ascii="Rubik Bold" w:hAnsi="Rubik Bold"/>
          <w:b/>
          <w:color w:val="2F5496"/>
          <w:sz w:val="28"/>
        </w:rPr>
        <w:t>El. paštas:</w:t>
      </w:r>
    </w:p>
    <w:p>
      <w:pPr>
        <w:spacing w:line="360" w:lineRule="auto"/>
      </w:pPr>
      <w:r>
        <w:rPr>
          <w:rFonts w:ascii="Rubik Regular" w:hAnsi="Rubik Regular"/>
          <w:sz w:val="24"/>
        </w:rPr>
        <w:t>Darbuotojo informacija</w:t>
      </w:r>
    </w:p>
    <w:p>
      <w:pPr>
        <w:jc w:val="left"/>
      </w:pPr>
      <w:r>
        <w:rPr>
          <w:rFonts w:ascii="Rubik Bold" w:hAnsi="Rubik Bold"/>
          <w:b/>
          <w:color w:val="2F5496"/>
          <w:sz w:val="28"/>
        </w:rPr>
        <w:t>Darbuotojo vardas, pavardė:</w:t>
      </w:r>
    </w:p>
    <w:p>
      <w:pPr>
        <w:jc w:val="left"/>
      </w:pPr>
      <w:r>
        <w:rPr>
          <w:rFonts w:ascii="Rubik Bold" w:hAnsi="Rubik Bold"/>
          <w:b/>
          <w:color w:val="2F5496"/>
          <w:sz w:val="28"/>
        </w:rPr>
        <w:t>Darbuotojo pareigos:</w:t>
      </w:r>
    </w:p>
    <w:p>
      <w:pPr>
        <w:jc w:val="left"/>
      </w:pPr>
      <w:r>
        <w:rPr>
          <w:rFonts w:ascii="Rubik Bold" w:hAnsi="Rubik Bold"/>
          <w:b/>
          <w:color w:val="2F5496"/>
          <w:sz w:val="28"/>
        </w:rPr>
        <w:t>Darbuotojo darbo vieta:</w:t>
      </w:r>
    </w:p>
    <w:p>
      <w:pPr>
        <w:spacing w:line="360" w:lineRule="auto"/>
      </w:pPr>
      <w:r>
        <w:rPr>
          <w:rFonts w:ascii="Rubik Regular" w:hAnsi="Rubik Regular"/>
          <w:sz w:val="24"/>
        </w:rPr>
        <w:t>Atleidimo informacija</w:t>
      </w:r>
    </w:p>
    <w:p>
      <w:pPr>
        <w:jc w:val="left"/>
      </w:pPr>
      <w:r>
        <w:rPr>
          <w:rFonts w:ascii="Rubik Bold" w:hAnsi="Rubik Bold"/>
          <w:b/>
          <w:color w:val="2F5496"/>
          <w:sz w:val="28"/>
        </w:rPr>
        <w:t>Atleidimo data:</w:t>
      </w:r>
    </w:p>
    <w:p>
      <w:pPr>
        <w:jc w:val="left"/>
      </w:pPr>
      <w:r>
        <w:rPr>
          <w:rFonts w:ascii="Rubik Bold" w:hAnsi="Rubik Bold"/>
          <w:b/>
          <w:color w:val="2F5496"/>
          <w:sz w:val="28"/>
        </w:rPr>
        <w:t>Įspėjimo data:</w:t>
      </w:r>
    </w:p>
    <w:p>
      <w:pPr>
        <w:jc w:val="left"/>
      </w:pPr>
      <w:r>
        <w:rPr>
          <w:rFonts w:ascii="Rubik Bold" w:hAnsi="Rubik Bold"/>
          <w:b/>
          <w:color w:val="2F5496"/>
          <w:sz w:val="28"/>
        </w:rPr>
        <w:t>Atleidimo priežastis:</w:t>
      </w:r>
    </w:p>
    <w:p>
      <w:pPr>
        <w:spacing w:line="360" w:lineRule="auto"/>
      </w:pPr>
      <w:r>
        <w:rPr>
          <w:rFonts w:ascii="Rubik Regular" w:hAnsi="Rubik Regular"/>
          <w:sz w:val="24"/>
        </w:rPr>
        <w:t>Įspėjimo turinys</w:t>
      </w:r>
    </w:p>
    <w:p>
      <w:pPr>
        <w:spacing w:line="360" w:lineRule="auto"/>
      </w:pPr>
      <w:r>
        <w:rPr>
          <w:rFonts w:ascii="Rubik Regular" w:hAnsi="Rubik Regular"/>
          <w:sz w:val="24"/>
        </w:rPr>
        <w:t>Prašome atkreipti dėmesį, kad pagal Lietuvos Respublikos darbo kodeksą, jūs esate informuojamas apie tai, kad jūsų darbo sutartis bus nutraukta dėl . Šis sprendimas buvo priimtas remiantis .</w:t>
      </w:r>
    </w:p>
    <w:p>
      <w:pPr>
        <w:spacing w:line="360" w:lineRule="auto"/>
      </w:pPr>
      <w:r>
        <w:rPr>
          <w:rFonts w:ascii="Rubik Regular" w:hAnsi="Rubik Regular"/>
          <w:sz w:val="24"/>
        </w:rPr>
        <w:t>Prašome atsižvelgti, kad pagal galiojančius teisės aktus turite teisę gauti visą reikiamą informaciją apie atleidimą ir jo pasekmes.</w:t>
      </w:r>
    </w:p>
    <w:p>
      <w:pPr>
        <w:spacing w:line="360" w:lineRule="auto"/>
      </w:pPr>
      <w:r>
        <w:rPr>
          <w:rFonts w:ascii="Rubik Regular" w:hAnsi="Rubik Regular"/>
          <w:sz w:val="24"/>
        </w:rPr>
        <w:t>Paskutiniai žodžiai</w:t>
      </w:r>
    </w:p>
    <w:p>
      <w:pPr>
        <w:spacing w:line="360" w:lineRule="auto"/>
      </w:pPr>
      <w:r>
        <w:rPr>
          <w:rFonts w:ascii="Rubik Regular" w:hAnsi="Rubik Regular"/>
          <w:sz w:val="24"/>
        </w:rPr>
        <w:t>Ačiū už jūsų indėlį į mūsų įmonę. Linkime jums sėkmės ateityje.</w:t>
      </w:r>
    </w:p>
    <w:p>
      <w:pPr>
        <w:spacing w:line="360" w:lineRule="auto"/>
      </w:pPr>
      <w:r>
        <w:rPr>
          <w:rFonts w:ascii="Rubik Regular" w:hAnsi="Rubik Regular"/>
          <w:sz w:val="24"/>
        </w:rPr>
        <w:t>Parašai</w:t>
      </w:r>
    </w:p>
    <w:p>
      <w:pPr>
        <w:spacing w:line="360" w:lineRule="auto"/>
      </w:pPr>
      <w:r>
        <w:rPr>
          <w:rFonts w:ascii="Rubik Regular" w:hAnsi="Rubik Regular"/>
          <w:sz w:val="24"/>
        </w:rPr>
        <w:t>Darbdavio parašas: ______________________</w:t>
      </w:r>
    </w:p>
    <w:p>
      <w:pPr>
        <w:spacing w:line="360" w:lineRule="auto"/>
      </w:pPr>
      <w:r>
        <w:rPr>
          <w:rFonts w:ascii="Rubik Regular" w:hAnsi="Rubik Regular"/>
          <w:sz w:val="24"/>
        </w:rPr>
        <w:t>Darbuotojo parašas: ______________________</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