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Rubik Regular" w:hAnsi="Rubik Regular"/>
          <w:sz w:val="24"/>
        </w:rPr>
        <w:t>Įspėjimas apie atleidimą iš darbo bandomuoju laikotarpiu</w:t>
      </w:r>
    </w:p>
    <w:p>
      <w:pPr>
        <w:spacing w:line="360" w:lineRule="auto"/>
      </w:pPr>
      <w:r>
        <w:rPr>
          <w:rFonts w:ascii="Rubik Regular" w:hAnsi="Rubik Regular"/>
          <w:sz w:val="24"/>
        </w:rPr>
        <w:t>Šis dokumentas yra skirtas informuoti darbuotoją apie jo atleidimą iš darbo bandomuoju laikotarpiu. Atleidimas gali būti vykdomas, jei darbuotojas neatitinka įmonės lūkesčių arba nesugeba atlikti jam priskirtų užduočių.</w:t>
      </w:r>
    </w:p>
    <w:p>
      <w:pPr>
        <w:spacing w:line="360" w:lineRule="auto"/>
      </w:pPr>
      <w:r>
        <w:rPr>
          <w:rFonts w:ascii="Rubik Regular" w:hAnsi="Rubik Regular"/>
          <w:sz w:val="24"/>
        </w:rPr>
        <w:t>Įmonės pavadinimas</w:t>
      </w:r>
    </w:p>
    <w:p>
      <w:pPr>
        <w:spacing w:line="360" w:lineRule="auto"/>
      </w:pPr>
      <w:r>
        <w:rPr>
          <w:rFonts w:ascii="Rubik Regular" w:hAnsi="Rubik Regular"/>
          <w:sz w:val="24"/>
        </w:rPr>
        <w:t>Įmonės adresas</w:t>
      </w:r>
    </w:p>
    <w:p>
      <w:pPr>
        <w:spacing w:line="360" w:lineRule="auto"/>
      </w:pPr>
      <w:r>
        <w:rPr>
          <w:rFonts w:ascii="Rubik Regular" w:hAnsi="Rubik Regular"/>
          <w:sz w:val="24"/>
        </w:rPr>
        <w:t>Darbuotojo vardas ir pavardė</w:t>
      </w:r>
    </w:p>
    <w:p>
      <w:pPr>
        <w:spacing w:line="360" w:lineRule="auto"/>
      </w:pPr>
      <w:r>
        <w:rPr>
          <w:rFonts w:ascii="Rubik Regular" w:hAnsi="Rubik Regular"/>
          <w:sz w:val="24"/>
        </w:rPr>
        <w:t>Darbuotojo pareigos</w:t>
      </w:r>
    </w:p>
    <w:p>
      <w:pPr>
        <w:spacing w:line="360" w:lineRule="auto"/>
      </w:pPr>
      <w:r>
        <w:rPr>
          <w:rFonts w:ascii="Rubik Regular" w:hAnsi="Rubik Regular"/>
          <w:sz w:val="24"/>
        </w:rPr>
        <w:t>Atleidimo data</w:t>
      </w:r>
    </w:p>
    <w:p>
      <w:pPr>
        <w:spacing w:line="360" w:lineRule="auto"/>
      </w:pPr>
      <w:r>
        <w:rPr>
          <w:rFonts w:ascii="Rubik Regular" w:hAnsi="Rubik Regular"/>
          <w:sz w:val="24"/>
        </w:rPr>
        <w:t>Bandomojo laikotarpio trukmė</w:t>
      </w:r>
    </w:p>
    <w:p>
      <w:pPr>
        <w:spacing w:line="360" w:lineRule="auto"/>
      </w:pPr>
      <w:r>
        <w:rPr>
          <w:rFonts w:ascii="Rubik Regular" w:hAnsi="Rubik Regular"/>
          <w:sz w:val="24"/>
        </w:rPr>
        <w:t>Atleidimo priežastys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Darbuotojas atleidžiamas dėl šių priežasčių:</w:t>
      </w:r>
    </w:p>
    <w:p>
      <w:pPr>
        <w:spacing w:line="360" w:lineRule="auto"/>
      </w:pPr>
      <w:r>
        <w:rPr>
          <w:rFonts w:ascii="Rubik Regular" w:hAnsi="Rubik Regular"/>
          <w:sz w:val="24"/>
        </w:rPr>
        <w:t>*   *   *</w:t>
      </w:r>
    </w:p>
    <w:p>
      <w:pPr>
        <w:spacing w:line="360" w:lineRule="auto"/>
      </w:pPr>
      <w:r>
        <w:rPr>
          <w:rFonts w:ascii="Rubik Regular" w:hAnsi="Rubik Regular"/>
          <w:sz w:val="24"/>
        </w:rPr>
        <w:t>Informacija apie kompensacijas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Darbuotojui bus išmokėta:</w:t>
      </w:r>
    </w:p>
    <w:p>
      <w:pPr>
        <w:spacing w:line="360" w:lineRule="auto"/>
      </w:pPr>
      <w:r>
        <w:rPr>
          <w:rFonts w:ascii="Rubik Regular" w:hAnsi="Rubik Regular"/>
          <w:sz w:val="24"/>
        </w:rPr>
        <w:t>*   *</w:t>
      </w:r>
    </w:p>
    <w:p>
      <w:pPr>
        <w:spacing w:line="360" w:lineRule="auto"/>
      </w:pPr>
      <w:r>
        <w:rPr>
          <w:rFonts w:ascii="Rubik Regular" w:hAnsi="Rubik Regular"/>
          <w:sz w:val="24"/>
        </w:rPr>
        <w:t>Pasirašymas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Šis įspėjimas yra pasirašomas abiejų šalių: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Darbdavio vardas ir pavardė: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Data:</w:t>
      </w:r>
    </w:p>
    <w:p>
      <w:pPr>
        <w:spacing w:line="360" w:lineRule="auto"/>
      </w:pPr>
      <w:r>
        <w:rPr>
          <w:rFonts w:ascii="Rubik Regular" w:hAnsi="Rubik Regular"/>
          <w:sz w:val="24"/>
        </w:rPr>
        <w:t>Darbuotojo parašas: ________________________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Data: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