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/>
      </w:pPr>
      <w:r>
        <w:rPr>
          <w:rFonts w:ascii="Rubik Regular" w:hAnsi="Rubik Regular"/>
          <w:sz w:val="24"/>
        </w:rPr>
        <w:t>Įsakymas dėl išskaitos iš darbo užmokesčio</w:t>
      </w:r>
    </w:p>
    <w:p>
      <w:pPr>
        <w:spacing w:line="360" w:lineRule="auto"/>
      </w:pPr>
      <w:r>
        <w:rPr>
          <w:rFonts w:ascii="Rubik Regular" w:hAnsi="Rubik Regular"/>
          <w:sz w:val="24"/>
        </w:rPr>
        <w:t>Įsakymas Nr.</w:t>
      </w:r>
    </w:p>
    <w:p>
      <w:pPr>
        <w:jc w:val="left"/>
      </w:pPr>
      <w:r>
        <w:rPr>
          <w:rFonts w:ascii="Rubik Bold" w:hAnsi="Rubik Bold"/>
          <w:b/>
          <w:color w:val="2F5496"/>
          <w:sz w:val="28"/>
        </w:rPr>
        <w:t>Data:</w:t>
      </w:r>
    </w:p>
    <w:p>
      <w:pPr>
        <w:jc w:val="left"/>
      </w:pPr>
      <w:r>
        <w:rPr>
          <w:rFonts w:ascii="Rubik Bold" w:hAnsi="Rubik Bold"/>
          <w:b/>
          <w:color w:val="2F5496"/>
          <w:sz w:val="28"/>
        </w:rPr>
        <w:t>Darbdavio pavadinimas:</w:t>
      </w:r>
    </w:p>
    <w:p>
      <w:pPr>
        <w:jc w:val="left"/>
      </w:pPr>
      <w:r>
        <w:rPr>
          <w:rFonts w:ascii="Rubik Bold" w:hAnsi="Rubik Bold"/>
          <w:b/>
          <w:color w:val="2F5496"/>
          <w:sz w:val="28"/>
        </w:rPr>
        <w:t>Darbuotojo vardas, pavardė:</w:t>
      </w:r>
    </w:p>
    <w:p>
      <w:pPr>
        <w:jc w:val="left"/>
      </w:pPr>
      <w:r>
        <w:rPr>
          <w:rFonts w:ascii="Rubik Bold" w:hAnsi="Rubik Bold"/>
          <w:b/>
          <w:color w:val="2F5496"/>
          <w:sz w:val="28"/>
        </w:rPr>
        <w:t>Asmens kodas:</w:t>
      </w:r>
    </w:p>
    <w:p>
      <w:pPr>
        <w:spacing w:line="360" w:lineRule="auto"/>
      </w:pPr>
      <w:r>
        <w:rPr>
          <w:rFonts w:ascii="Rubik Regular" w:hAnsi="Rubik Regular"/>
          <w:sz w:val="24"/>
        </w:rPr>
        <w:t>Šiuo įsakymu</w:t>
      </w:r>
    </w:p>
    <w:p>
      <w:pPr>
        <w:jc w:val="left"/>
      </w:pPr>
      <w:r>
        <w:rPr>
          <w:rFonts w:ascii="Rubik Bold" w:hAnsi="Rubik Bold"/>
          <w:b/>
          <w:color w:val="2F5496"/>
          <w:sz w:val="28"/>
        </w:rPr>
        <w:t>įsakoma atlikti išskaitą iš darbo užmokesčio:</w:t>
      </w:r>
    </w:p>
    <w:p>
      <w:pPr>
        <w:spacing w:line="360" w:lineRule="auto"/>
      </w:pPr>
      <w:r>
        <w:rPr>
          <w:rFonts w:ascii="Rubik Regular" w:hAnsi="Rubik Regular"/>
          <w:sz w:val="24"/>
        </w:rPr>
        <w:t>Išskaitos suma:  EUR</w:t>
      </w:r>
    </w:p>
    <w:p>
      <w:pPr>
        <w:jc w:val="left"/>
      </w:pPr>
      <w:r>
        <w:rPr>
          <w:rFonts w:ascii="Rubik Bold" w:hAnsi="Rubik Bold"/>
          <w:b/>
          <w:color w:val="2F5496"/>
          <w:sz w:val="28"/>
        </w:rPr>
        <w:t>Išskaitos priežastis:</w:t>
      </w:r>
    </w:p>
    <w:p>
      <w:pPr>
        <w:spacing w:line="360" w:lineRule="auto"/>
      </w:pPr>
      <w:r>
        <w:rPr>
          <w:rFonts w:ascii="Rubik Regular" w:hAnsi="Rubik Regular"/>
          <w:sz w:val="24"/>
        </w:rPr>
        <w:t>Šis įsakymas įsigalioja nuo .</w:t>
      </w:r>
    </w:p>
    <w:p>
      <w:pPr>
        <w:spacing w:line="360" w:lineRule="auto"/>
      </w:pPr>
      <w:r>
        <w:rPr>
          <w:rFonts w:ascii="Rubik Regular" w:hAnsi="Rubik Regular"/>
          <w:sz w:val="24"/>
        </w:rPr>
        <w:t>Darbdavio parašas: ___________________________</w:t>
      </w:r>
    </w:p>
    <w:p>
      <w:pPr>
        <w:jc w:val="left"/>
      </w:pPr>
      <w:r>
        <w:rPr>
          <w:rFonts w:ascii="Rubik Bold" w:hAnsi="Rubik Bold"/>
          <w:b/>
          <w:color w:val="2F5496"/>
          <w:sz w:val="28"/>
        </w:rPr>
        <w:t>Vardas, pavardė:</w:t>
      </w:r>
    </w:p>
    <w:p>
      <w:pPr>
        <w:jc w:val="left"/>
      </w:pPr>
      <w:r>
        <w:rPr>
          <w:rFonts w:ascii="Rubik Bold" w:hAnsi="Rubik Bold"/>
          <w:b/>
          <w:color w:val="2F5496"/>
          <w:sz w:val="28"/>
        </w:rPr>
        <w:t>Pareigos: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